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Бінарні сполуки</w:t>
      </w:r>
    </w:p>
    <w:p>
      <w:pPr>
        <w:pStyle w:val="Subtitle"/>
      </w:pPr>
      <w:r>
        <w:t>Пояснення і тренувальна робота</w:t>
      </w:r>
    </w:p>
    <w:p>
      <w:pPr>
        <w:widowControl/>
      </w:pPr>
      <w:r>
        <w:t>Бінарна сполука утворена атомами двох різних хімічних елементів. Кількість атомів може бути більшою за два: у H₂O є три атоми, але лише два елементи. У цьому матеріалі тренуємося читати формули й складати їх за відомими валентностями.</w:t>
      </w:r>
    </w:p>
    <w:p>
      <w:pPr>
        <w:pStyle w:val="Heading1"/>
      </w:pPr>
      <w:r>
        <w:t>Як читати формулу</w:t>
      </w:r>
    </w:p>
    <w:p>
      <w:pPr>
        <w:widowControl/>
      </w:pPr>
      <w:r>
        <w:t>В індексі після символу записано кількість атомів відповідного елемента у формульній одиниці. Якщо індексу немає, він дорівнює одиниці. Число перед усією формулою є коефіцієнтом і стосується всієї формульної одиниці.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rPr>
          <w:tblHeader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Формула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Елементи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Співвідношення атомів</w:t>
            </w:r>
          </w:p>
        </w:tc>
      </w:tr>
      <w:t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6F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color w:val="000000"/>
                <w:sz w:val="18"/>
              </w:rPr>
              <w:t>CO₂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6F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color w:val="000000"/>
                <w:sz w:val="18"/>
              </w:rPr>
              <w:t>Карбон і Оксиген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6F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color w:val="000000"/>
                <w:sz w:val="18"/>
              </w:rPr>
              <w:t>1 : 2</w:t>
            </w:r>
          </w:p>
        </w:tc>
      </w:tr>
      <w:t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color w:val="000000"/>
                <w:sz w:val="18"/>
              </w:rPr>
              <w:t>MgCl₂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color w:val="000000"/>
                <w:sz w:val="18"/>
              </w:rPr>
              <w:t>Магній і Хлор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color w:val="000000"/>
                <w:sz w:val="18"/>
              </w:rPr>
              <w:t>1 : 2</w:t>
            </w:r>
          </w:p>
        </w:tc>
      </w:tr>
      <w:t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6F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color w:val="000000"/>
                <w:sz w:val="18"/>
              </w:rPr>
              <w:t>Al₂O₃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6F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color w:val="000000"/>
                <w:sz w:val="18"/>
              </w:rPr>
              <w:t>Алюміній і Оксиген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6F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color w:val="000000"/>
                <w:sz w:val="18"/>
              </w:rPr>
              <w:t>2 : 3</w:t>
            </w:r>
          </w:p>
        </w:tc>
      </w:tr>
    </w:tbl>
    <w:p>
      <w:pPr>
        <w:spacing w:after="0"/>
      </w:pPr>
    </w:p>
    <w:p>
      <w:pPr>
        <w:pStyle w:val="Heading1"/>
      </w:pPr>
      <w:r>
        <w:t>Приклад складання формули</w:t>
      </w:r>
    </w:p>
    <w:p>
      <w:pPr>
        <w:widowControl/>
      </w:pPr>
      <w:r>
        <w:t>Для елементів із валентностями Al(III) та O(II) найменше спільне кратне дорівнює 6. Для Алюмінію індекс: 6 : 3 = 2; для Оксигену: 6 : 2 = 3. Отримуємо Al₂O₃. Індекс 1 у формулах не записують.</w:t>
      </w:r>
    </w:p>
    <w:p>
      <w:pPr>
        <w:pStyle w:val="Heading1"/>
      </w:pPr>
      <w:r>
        <w:t>Перед роботою</w:t>
      </w:r>
    </w:p>
    <w:p>
      <w:pPr>
        <w:widowControl/>
      </w:pPr>
      <w:r>
        <w:t>У завданнях валентності задано. Не потрібно визначати їх за припущенням. Валентність і ступінь окиснення — різні поняття; тут використовуємо лише валентність. На виконання варіанта рекомендовано 20 хвилин.</w:t>
      </w:r>
    </w:p>
    <w:p>
      <w:r>
        <w:br w:type="page"/>
      </w:r>
    </w:p>
    <w:p>
      <w:pPr>
        <w:pStyle w:val="Title"/>
      </w:pPr>
      <w:r>
        <w:t>Самостійна робота</w:t>
      </w:r>
    </w:p>
    <w:p>
      <w:pPr>
        <w:pStyle w:val="Subtitle"/>
      </w:pPr>
      <w:r>
        <w:t>Ім’я ____________________  Варіант ______</w:t>
      </w:r>
    </w:p>
    <w:p>
      <w:pPr>
        <w:pStyle w:val="Heading1"/>
      </w:pPr>
      <w:r>
        <w:t>Варіант А</w:t>
      </w:r>
    </w:p>
    <w:p>
      <w:pPr>
        <w:widowControl/>
      </w:pPr>
      <w:r>
        <w:t>1. Оберіть бінарні сполуки: O₂, H₂O, NaCl, NaOH. Поясніть один вибір.</w:t>
      </w:r>
    </w:p>
    <w:p>
      <w:pPr>
        <w:widowControl/>
      </w:pPr>
      <w:r>
        <w:t>2. Укажіть число різних елементів і загальне число атомів у CO₂ та Al₂O₃.</w:t>
      </w:r>
    </w:p>
    <w:p>
      <w:pPr>
        <w:widowControl/>
      </w:pPr>
      <w:r>
        <w:t>3. Складіть формули: Mg(II) і O(II); Al(III) і Cl(I); C(IV) і O(II).</w:t>
      </w:r>
    </w:p>
    <w:p>
      <w:pPr>
        <w:widowControl/>
      </w:pPr>
      <w:r>
        <w:t>4. Запишіть співвідношення атомів у CaCl₂. Скільки атомів Хлору припадає на три формульні одиниці?</w:t>
      </w:r>
    </w:p>
    <w:p>
      <w:pPr>
        <w:widowControl/>
      </w:pPr>
      <w:r>
        <w:t>5. Виправте формулу Mg₂O₂, записану для магній оксиду. Обґрунтуйте зміну.</w:t>
      </w:r>
    </w:p>
    <w:p>
      <w:pPr>
        <w:widowControl/>
      </w:pPr>
      <w:r>
        <w:t>6. Поясніть, чому H₂O₂ є бінарною сполукою, хоча містить чотири атоми в молекулі.</w:t>
      </w:r>
    </w:p>
    <w:p>
      <w:pPr>
        <w:spacing w:after="80" w:line="240" w:lineRule="auto"/>
      </w:pPr>
      <w:r>
        <w:rPr>
          <w:color w:val="AAAAAA"/>
          <w:sz w:val="16"/>
        </w:rPr>
        <w:t>_____________________________________________________________________</w:t>
      </w:r>
    </w:p>
    <w:p>
      <w:pPr>
        <w:spacing w:after="80" w:line="240" w:lineRule="auto"/>
      </w:pPr>
      <w:r>
        <w:rPr>
          <w:color w:val="AAAAAA"/>
          <w:sz w:val="16"/>
        </w:rPr>
        <w:t>_____________________________________________________________________</w:t>
      </w:r>
    </w:p>
    <w:p>
      <w:pPr>
        <w:spacing w:after="80" w:line="240" w:lineRule="auto"/>
      </w:pPr>
      <w:r>
        <w:rPr>
          <w:color w:val="AAAAAA"/>
          <w:sz w:val="16"/>
        </w:rPr>
        <w:t>_____________________________________________________________________</w:t>
      </w:r>
    </w:p>
    <w:p>
      <w:pPr>
        <w:pStyle w:val="Heading1"/>
      </w:pPr>
      <w:r>
        <w:t>Варіант Б</w:t>
      </w:r>
    </w:p>
    <w:p>
      <w:pPr>
        <w:widowControl/>
      </w:pPr>
      <w:r>
        <w:t>1. Оберіть бінарні сполуки: N₂, CO₂, KBr, CaCO₃. Поясніть один вибір.</w:t>
      </w:r>
    </w:p>
    <w:p>
      <w:pPr>
        <w:widowControl/>
      </w:pPr>
      <w:r>
        <w:t>2. Укажіть число різних елементів і загальне число атомів у SO₃ та P₂O₅.</w:t>
      </w:r>
    </w:p>
    <w:p>
      <w:pPr>
        <w:widowControl/>
      </w:pPr>
      <w:r>
        <w:t>3. Складіть формули: Ca(II) і O(II); N(III) і H(I); S(VI) і O(II).</w:t>
      </w:r>
    </w:p>
    <w:p>
      <w:pPr>
        <w:widowControl/>
      </w:pPr>
      <w:r>
        <w:t>4. Запишіть співвідношення атомів у AlCl₃. Скільки атомів Хлору припадає на дві формульні одиниці?</w:t>
      </w:r>
    </w:p>
    <w:p>
      <w:pPr>
        <w:widowControl/>
      </w:pPr>
      <w:r>
        <w:t>5. Виправте формулу Ca₂O₂, записану для кальцій оксиду. Обґрунтуйте зміну.</w:t>
      </w:r>
    </w:p>
    <w:p>
      <w:pPr>
        <w:widowControl/>
      </w:pPr>
      <w:r>
        <w:t>6. Поясніть, чому O₃ не є бінарною сполукою, хоча містить три атоми в молекулі.</w:t>
      </w:r>
    </w:p>
    <w:p>
      <w:pPr>
        <w:spacing w:after="80" w:line="240" w:lineRule="auto"/>
      </w:pPr>
      <w:r>
        <w:rPr>
          <w:color w:val="AAAAAA"/>
          <w:sz w:val="16"/>
        </w:rPr>
        <w:t>_____________________________________________________________________</w:t>
      </w:r>
    </w:p>
    <w:p>
      <w:pPr>
        <w:spacing w:after="80" w:line="240" w:lineRule="auto"/>
      </w:pPr>
      <w:r>
        <w:rPr>
          <w:color w:val="AAAAAA"/>
          <w:sz w:val="16"/>
        </w:rPr>
        <w:t>_____________________________________________________________________</w:t>
      </w:r>
    </w:p>
    <w:p>
      <w:r>
        <w:br w:type="page"/>
      </w:r>
    </w:p>
    <w:p>
      <w:pPr>
        <w:pStyle w:val="Title"/>
      </w:pPr>
      <w:r>
        <w:t>Відповіді та оцінювання</w:t>
      </w:r>
    </w:p>
    <w:p>
      <w:pPr>
        <w:pStyle w:val="Heading1"/>
      </w:pPr>
      <w:r>
        <w:t>Варіант А</w:t>
      </w:r>
    </w:p>
    <w:p>
      <w:pPr>
        <w:widowControl/>
      </w:pPr>
      <w:r>
        <w:t>1. H₂O і NaCl: кожна речовина містить два різні елементи. 2. CO₂ — 2 елементи, 3 атоми; Al₂O₃ — 2 елементи, 5 атомів у формульній одиниці. 3. MgO, AlCl₃, CO₂. 4. Ca : Cl = 1 : 2; у трьох формульних одиницях — 6 атомів Хлору. 5. MgO: співвідношення індексів скорочують до найменших цілих чисел. 6. Бінарність визначають за числом елементів, а не атомів.</w:t>
      </w:r>
    </w:p>
    <w:p>
      <w:pPr>
        <w:pStyle w:val="Heading1"/>
      </w:pPr>
      <w:r>
        <w:t>Варіант Б</w:t>
      </w:r>
    </w:p>
    <w:p>
      <w:pPr>
        <w:widowControl/>
      </w:pPr>
      <w:r>
        <w:t>1. CO₂ і KBr. 2. SO₃ — 2 елементи, 4 атоми; P₂O₅ — 2 елементи, 7 атомів у формульній одиниці. 3. CaO, NH₃, SO₃. 4. Al : Cl = 1 : 3; у двох формульних одиницях — 6 атомів Хлору. 5. CaO: індекси скорочують до співвідношення 1 : 1. 6. O₃ містить лише один хімічний елемент і є простою речовиною.</w:t>
      </w:r>
    </w:p>
    <w:p>
      <w:pPr>
        <w:pStyle w:val="Heading1"/>
      </w:pPr>
      <w:r>
        <w:t>Критерії</w:t>
      </w:r>
    </w:p>
    <w:p>
      <w:pPr>
        <w:widowControl/>
      </w:pPr>
      <w:r>
        <w:t>За кожне завдання — до 2 балів: 1 бал за правильний результат, 1 бал за потрібне пояснення або повноту відповіді. Максимум — 12 балів. Для завдання 3 допускається частковий бал, якщо правильно складено не всі формули.</w:t>
      </w:r>
    </w:p>
    <w:p>
      <w:pPr>
        <w:pStyle w:val="Heading1"/>
      </w:pPr>
      <w:r>
        <w:t>Важливе уточнення</w:t>
      </w:r>
    </w:p>
    <w:p>
      <w:pPr>
        <w:widowControl/>
      </w:pPr>
      <w:r>
        <w:t>Скорочення індексів використовують під час складання найпростішої формули за валентностями. Не можна довільно скорочувати вже відому молекулярну формулу: H₂O₂ і H₂O позначають різні речовини. P₂O₅ у вправі використано як найпростішу формулу фосфор(V) оксиду.</w:t>
      </w:r>
    </w:p>
    <w:p>
      <w:pPr>
        <w:pStyle w:val="Heading1"/>
      </w:pPr>
      <w:r>
        <w:t>Рефлексія</w:t>
      </w:r>
    </w:p>
    <w:p>
      <w:pPr>
        <w:widowControl/>
      </w:pPr>
      <w:r>
        <w:t>Я можу відрізнити число елементів від числа атомів: так / потрібна допомога. Я можу пояснити, звідки беруться індекси: так / потрібна допомога.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936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KlassMaster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KLASSMASTER  /  Хімія Тренувальна робота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DejaVu Sans" w:hAnsi="DejaVu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140"/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Бінарні сполуки</dc:title>
  <dc:subject>Хімія Тренувальна робота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